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קטגוריות קלפי השיח בשבוע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במשפטים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למצבי בטיחות יומיומיים ולדרכי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לעצור, להביט לצדדים ולוודא שאין רכבים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למבוגר ולהתרחק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ביטוי שמזמין להסביר דעה בצורה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הטיימר נועד לתחום זמן קצר וממוקד לדיון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קטגוריה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(שאלות קלות להכרות ולחימום לפני הדיון)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(דילמות שבהן בוחרים תגובה למצב בטיחותי)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(התמודדות עם רגשות קשים וחיזוק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(מצבים הקשורים לבטיחות ולזוגות בבית)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 לשיח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הפעלת הקלפים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קטגוריה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שולפים קלף אחד מהקטגוריה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מגדירים זמן בטיימר (דקה, 2 או 3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מפעילים את הטיימר ומתחילים לדון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שהקלפים נועדו לעודד דיון ומודעות לבטיחות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באחד מהביטויים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וקשורה לבטיחות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הפעילות בפועל עם קלפים אמיתיים וטיימר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קטנות כדי לאפשר לכל תלמיד להשתתף בשיח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ההקשבה ולא רק את הדיבור בזמן הדיון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קלפי השיח של שבוע הבטיחות – הקטגוריות השונות, המשפטים לשיח מכבד והדרך הנכונה להפעיל את הפעילות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חושב/ת  ·  בכל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חשוב לעשות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לעצור, להביט לצדדים ולוודא שאין 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לחצות תוך כדי הסתכלות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נכון לעשות אם רואים אש קטנה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לנסות לכבות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לקרוא למבוגר ולהתרחק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להתעלם ולהמשיך לשחק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”אני חושב/ת ש... כי...” הוא דוגמה למשפט לשיח מכבד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הטיימר בפעילות היא להאריך את הדיון כמה שיותר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קטגוריה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התמודדות עם רגשות קשים וחיזוק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הייתם עושים?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מצבים הקשורים לבטיחות ולזוגות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דילמות שבהן בוחרים תגובה למצב בטיחותי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הבית והמשפחה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שאלות קלות להכרות ולחימום לפני הדיון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__________ ש... כי...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מבין/ה אותך, ו__________ זאת...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הפעלת הקלפים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שולפים קלף אחד מהקטגוריה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מפעילים את הטיימר ומתחילים לדון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קטגוריה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מגדירים זמן בטיימר (דקה, 2 או 3 דקות)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קלפי השיח בשבוע הבטיחות?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לשיח מכבד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