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קטגוריות קלפי השיח בשבוע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במשפטים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מודעות למצבי בטיחות יומיומיים ולדרכי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לעצור, להביט לצדדים ולוודא שאין רכבים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למבוגר ולהתרחק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 לענות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להקשיב ולהבין גם כשיש חילוקי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לגעת בשקע חשמל רטוב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ביטוי שמזמין להסביר דעה בצורה 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הטיימר נועד לתחום זמן קצר וממוקד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קטגוריה שמתמקדת בחיזוק פנימי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שיח מכבד דורש הקשבה גם כשחושבים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קטגוריה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(שאלות קלות להכרות ולחימום לפני הדיון)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(דילמות שבהן בוחרים תגובה למצב בטיחותי)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(התמודדות עם רגשות קשים וחיזוק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(מצבים הקשורים לבטיחות ולזוגות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(שאלות מאתגרות שדורשות מחשבה מעמיקה)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 לשיח מכבד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חושב/ת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להוסיף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הפעלת הקלפים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קטגוריה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שולפים קלף אחד מהקטגוריה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מגדירים זמן בטיימר (דקה, 2 או 3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מפעילים את הטיימר ומתחילים לדון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מאזינים לדברי בני השיח ומגיבים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תיאור מצב ברור, בחירה מנומקת והתייחסות 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כוללת שני משפטים מהרשימה בהקשר מתאים וטון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שהקלפים נועדו לעודד דיון ומודעות לבטיחות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באחד מהביטויים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וקשורה לבטיחות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הפעילות בפועל עם קלפים אמיתיים וטיימר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קטנות כדי לאפשר לכל תלמיד להשתתף בשיח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ההקשבה ולא רק את הדיבור בזמן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בוחרים בטוח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קלפי השיח של שבוע הבטיחות – הקטגוריות השונות, המשפטים לשיח מכבד והדרך הנכונה להפעיל את הפעילות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חשוב לעשות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לעצור, להביט לצדדים ולוודא שאין רכבים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לחצות תוך כדי הסתכלות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שמישהו יקרא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נכון לעשות אם רואים אש קטנה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לנסות לכבות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למבוגר ולהתרחק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ולהמשיך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לצלם ולשלוח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לעשות כשמקבלים הודעה ממישהו לא מוכר באינטרנט?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לענות ולספר פרטים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לענות ולספר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לחסום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המטרה של שיח מכבד?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ולהבין גם כשיש חילוקי 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להוכיח שתמיד צודקים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מהבאות היא דוגמה להתנהגות בטוחה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לגעת בשקע חשמל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לגעת בשקע חשמל רטוב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עם גפרורים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לטפס על ארונות גבוהים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”אני חושב/ת ש... כי...” הוא דוגמה למשפט לשיח מכבד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הטיימר בפעילות היא להאריך את הדיון כמה שיותר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הקטגוריה ”רגש וחוסן” עוסקת בהתמודדות עם רגשות קשים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שיח מכבד מותר להתעלם לגמרי מדברי הצד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קטגוריה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שאלות מאתגרות שדורשות מחשבה מעמיקה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הייתם עושים?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שאלות קלות להכרות ולחימום לפני הדיון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 וחוסן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דילמות שבהן בוחרים תגובה למצב בטיחותי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הבית והמשפחה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התמודדות עם רגשות קשים וחיזוק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לחשוב לעומק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מצבים הקשורים לבטיחות ולזוגות בבית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 לשיח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ש... כי...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מבין/ה אותך, ו__________ זאת...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__________ לך לחשוב ככה?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__________ על מה שאמרת?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הפעלת הקלפים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שולפים קלף אחד מהקטגוריה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קטגוריה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מאזינים לדברי בני השיח ומגיבים בכבוד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מגדירים זמן בטיימר (דקה, 2 או 3 דקות)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מפעילים את הטיימר ומתחילים לדון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בטיחותי בבית שבו הייתם צריכים לבחור בין שתי אפשרויות, ומה הייתם עושים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שיחה קצרה בין שני תלמידים שמשתמשים בלפחות שניים מהמשפטים לשיח מכבד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קלפי השיח בשבוע הבטיחות?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לשיח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בטוחה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בוחרים בטוח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